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הפקק של הספינות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מצר ימי ולמה נוצר בו פקק אוניות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קשרי סיבה ותוצאה בסחר העולמי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הרעיון של הכפר העולמי דרך דוגמת הספנות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☀️ פני המים – שאלות ישירות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בדרך הים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מעבר מים צר בין יבשות או חופים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מוצרים מגיעים לחנויות מאוחר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מזג אוויר סוער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🌊 מתחת למים – קריאה בין השורות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 – כי צריך לשלם לצוות, לדלק ולנמל גם כשהאונייה לא מתקדמת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שאירוע במקום אחד משפיע על אנשים במקומות רבים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✅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בטקסט, כי הים 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העיכוב גורם לפעמים לעליית מחירים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ההגדרה שבטקסט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יכול להיגרם גם מאונייה שנתקעה או מעומס 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מתואר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🧺 מיון: סיבה או תוצאה של פקק אוניות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(סיבה לפקק)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(סיבה לפקק)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(סיבה לפקק)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(תוצאה של פקק)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(תוצאה של פקק)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(תוצאה של פקק)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📝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מצר ימי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מכולה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פקק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כפר עולמי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🔍 חשיבה והשוואה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דומה: בשניהם יש תור של אוניות שמחכות בגלל גורם שמעכב את התנועה. שונה: במצר הימי זה קרה בגלל צפיפות, סערה או תקלה, ובתעלת פנמה זה קורה בגלל ירידה במפלס המים באגם.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 מכשיר חשמלי, צעצוע או בגד שיוצר במדינה רחוקה והובל באונייה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מעבר מים צר בין יבשות/חופים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עיכוב במוצרים או עליית מחירים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מראה שאירוע במקום אחד משפיע על אנשים במקומות רחוקים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בדיון קצר על מוצר שחיכו לו התלמידים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להשתמש במפת עולם כדי להמחיש מצרים ימיים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המיון מתאימה לעבודה בזוגות לפני המשך הדף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הפקק של הספינות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בתחנה הזו קוראים על אוניות משא ענקיות שנתקעות בתור במעבר ים צר, ולומדים איך עיכוב בים רחוק משפיע על מחירים ומוצרים אצלנו בבית.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☀️ פני המים – שאלות ישירות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עוברות רוב הסחורות בעולם,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בדרך 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בדרך האוויר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ברכבות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בצינורות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מצר ימי?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נמל גדול לפריקת מכולות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 קטן באוקיינוס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מעבר מים צר בין יבשות או חופים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אונייה שמובילה דלק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השפעה של הפקק בים מתוארת בטקסט?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האוניות נעשות קלות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מוצרים מגיעים לחנויות מאוחר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הים נעשה רחב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המכולות מתרוקנות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יכול לגרום לפקק אוניות במצר הימי?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מזג אוויר סוער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צבע האונייה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הנמל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גודל המכולה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🌊 מתחת למים – קריאה בין השורות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כל יום של המתנה בתור עולה כסף?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הים גובה דמי כניסה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המכולות מתקלקלות במים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המוצרים נעשים ישנים ביום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צריך לשלם לצוות, לדלק ולנמל גם כשהאונייה לא מתקדמת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מלמד המקרה של הפקק על הכפר העולמי?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שכל מדינה חיה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שאירוע במקום אחד משפיע על אנשים במקומות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שאוניות אינן חשובות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שכדאי לקנות רק מוצרים מיובאים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✅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במצר ימי צר האוניות שטות לרוב אחת אחרי השנייה ובזהירות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עיכוב של אוניות בים לא משפיע על המחירים בחנויות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מכולה היא ארגז מתכת גדול שמעמיסים בו סחורות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פקק של אוניות נוצר רק בגלל מזג אוויר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מוצרים כמו צעצועים ונעליים יכולים להגיע באיחור בגלל פקק 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🧺 מיון: סיבה או תוצאה של פקק אוניות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הרבה אוניות הגיעו באותו זמן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תוצאה של פקק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סערה חזקה במעבר הצר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סיבה לפקק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אונייה גדולה נתקעה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תוצאה של פקק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מפעל מחכה לחלקים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סיבה לפקק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צעצועים מגיעים לחנות באיחור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סיבה לפקק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מחיר ההובלה עולה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תוצאה של פקק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📝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מעבר מים צר בין שתי יבשות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ארגז מתכת גדול שמעמיסים בו סחורות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כשמחכות הרבה אוניות בתור נוצר __________ של אוניות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הרעיון שמה שקורה במקום אחד בעולם משפיע על מקומות אחרים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🔍 חשיבה והשוואה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דומה ומה שונה בין הפקק בתעלת פנמה לבין הפקק במצר הימי הצר?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דוגמה למוצר בבית שאולי עבר דרך ארוכה בים?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מצר ימי?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לתוצאה של פקק אוניות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הקשר בין פקק אוניות לכפר העולמי?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הפקק של הספינות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