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מצר ימי ולמה נוצר בו פקק 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 ותוצאה בסחר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של הכפר העולמי דרך דוגמת הספנות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בדרך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מעבר מים צר בין יבשות או חופים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מוצרים מגיעים לחנויות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מזג אוויר סוער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צריך לשלם לצוות, לדלק ולנמל גם כשהאונייה לא מתקדמת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שאירוע במקום אחד משפיע על אנשים במקומות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בטקסט, כי הים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העיכוב גורם לפעמים לעליית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יכול להיגרם גם מאונייה שנתקעה או מעומס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סיבה או תוצאה של פקק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(תוצאה של 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(תוצאה של 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(תוצאה של פקק)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פקק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כפר עולמי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🔍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בשניהם יש תור של אוניות שמחכות בגלל גורם שמעכב את התנועה. שונה: במצר הימי זה קרה בגלל צפיפות, סערה או תקלה, ובתעלת פנמה זה קורה בגלל ירידה במפלס המים באגם.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מכשיר חשמלי, צעצוע או בגד שיוצר במדינה רחוקה והובל באונייה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מים צר בין יבשות/חופים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עיכוב במוצרים או עליית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שאירוע במקום אחד משפיע על אנשים במקומות רחוקים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מוצר שחיכו לו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עולם כדי להמחיש מצרים ימיים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לפני המשך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על אוניות גדולות שמחכות בתור בים צר. לומדים למה זה קורה ואיך זה משפיע עלינו.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 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מים צר בין שתי יבשות או שני חופים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אוניית משא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אונייה גדולה שמובילה סחורות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ארגז מתכת גדול שמעמיסים בו סחורות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פקק אוניות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אוניות שמחכות בתור במעבר 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עיכוב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איחור בזמן ההגעה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שהעולם מחובר ומה שקורה במקום אחד משפיע על מקומות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תעלת פנמה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תעלה מלאכותית שמחברת בין שני אוקיינוסים במרכז אמריקה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רוב הסחורות עוברות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בדרך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מצר ימי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 גדול לפריקת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קטן באוקיינוס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מים צר בין יבשות או חופים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אונייה שמובילה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למוצרים כשיש פקק?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האוניות נעשות קלות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מוצרים מגיעים לחנויות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נעשה רחב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המכולות מתרוקנות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גורם לפקק?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אוויר סוער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האונייה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המכולה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ההמתנה עולה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הים גובה דמי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המכולות מתקלקלות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המוצרים נעשים ישנים ביום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צריך לשלם לצוות, לדלק ולנמל גם כשהאונייה לא מתקדמת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המקרה מלמד אותנו על העולם?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 מדינה חיה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שאירוע במקום אחד משפיע על אנשים במקומות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שאוניות אינן חשובות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שכדאי לקנות רק מוצרים מיובאים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במצר ימי צר האוניות שטות לרוב אחת אחרי השנייה ובזהירות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עיכוב של אוניות בים לא משפיע על המחירים בחנויות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מכולה היא ארגז מתכת גדול שמעמיסים בו סחורות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פקק של אוניות נוצר רק בגלל מזג 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כמו צעצועים ונעליים יכולים להגיע באיחור בגלל פקק 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מיון: סיבה או תוצאה של פקק 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הרבה אוניות הגיעו באותו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 לפקק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סערה חזקה במעבר הצר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תוצאה של 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אונייה גדולה נתקעה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 לפקק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מפעל מחכה לחלקים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תוצאה של 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צעצועים מגיעים לחנות באיחור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תוצאה של 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מחיר ההובלה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סיבה לפקק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מים צר בין שתי יבשות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ארגז מתכת גדול שמעמיסים בו סחורות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כשמחכות הרבה אוניות בתור נוצר __________ של 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שמה שקורה במקום אחד בעולם משפיע על מקומות אחרים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🔍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הפקק בתעלת פנמה לבין הפקק במצר הימי הצר?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דוגמה למוצר בבית שאולי עבר דרך ארוכה 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מצר ימי?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לתוצאה של פקק אוניות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פקק אוניות לכפר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הפקק של הספינות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