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מצר ימי ולמה נוצר בו פקק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סיבה ותוצאה בסחר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של הכפר העולמי דרך דוגמת הספנות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☀️ פני המים – שאלות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בדרך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מעבר מים צר בין יבשות או חופים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🌊 מתחת למים – קריאה בין השורות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✅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בטקסט, כי הים 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העיכוב גורם לפעמים לעליית 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🧺 מיון: סיבה או תוצאה של פקק אוניות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(סיבה לפקק)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(תוצאה של פקק)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📝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פקק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🔍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 מכשיר חשמלי, צעצוע או בגד שיוצר במדינה רחוקה והובל באונייה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מעבר מים צר בין יבשות/חופים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עיכוב במוצרים או עליית 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שאירוע במקום אחד משפיע על אנשים במקומות רחוקים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מוצר שחיכו לו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עולם כדי להמחיש מצרים ימיים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לפני המשך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בתחנה הזו קוראים על אוניות משא ענקיות שנתקעות בתור במעבר ים צר, ולומדים איך עיכוב בים רחוק משפיע על מחירים ומוצרים אצלנו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מכולה  ·  מצר ימי  ·  פקק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☀️ פני המים – שאלות ישירות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עוברות רוב הסחורות בעולם,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בדרך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בדרך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ברכבות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מצר 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נמל גדול לפריקת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 קטן באוקיינוס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מעבר מים צר בין יבשות או חופים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🌊 מתחת למים – קריאה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✅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במצר ימי צר האוניות שטות לרוב אחת אחרי השנייה ובזהירות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עיכוב של אוניות בים לא משפיע על המחירים בחנויות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מכולה היא ארגז מתכת גדול שמעמיסים בו סחורות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🧺 מיון: סיבה או תוצאה של פקק אוניות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הרבה אוניות הגיעו באותו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סיבה לפקק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סערה חזקה במעבר הצר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תוצאה של 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אונייה גדולה נתקעה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סיבה לפקק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מפעל מחכה לחלקים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סיבה לפקק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📝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מעבר מים צר בין שתי יבשות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ארגז מתכת גדול שמעמיסים בו סחורות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כשמחכות הרבה אוניות בתור נוצר __________ של אוניות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🔍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דוגמה למוצר בבית שאולי עבר דרך ארוכה 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מצר ימי?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לתוצאה של פקק אוניות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הפקק של הספינות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